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״לילה טוב למוח: למה בני נוער צריכים לישון״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מאמר מידע · כיתה ז׳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ב. מסדר זיכרונות | משפט מלא: בזמן השינה המוח…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ב. כי השעון הפנימי שלהם זז מאוחר | משפט מלא: הכותב אומר שהקושי לקום נובע מ…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1–א · 2–ג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ב (שמונה עד עשר) · 2 – ב (לכבות מסכים שעה לפני)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הסברים ודוגמאות מהחיים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״לילה טוב למוח: למה בני נוער צריכים לישון״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מאמר מידע · כיתה ז׳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מאמר מידע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לילה טוב למוח: למה בני נוער צריכים לישון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השינה איננה "זמן מבוזבז" – בזמן שאנחנו ישנים, הגוף והמוח עובדים קשה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בזמן השינה הגוף לא נכבה. הגוף והמוח עובדים. הם מתקנים ואוגרים כוח. השינה חשובה כמו אוכל ומים.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בלילה המוח מסדר זיכרונות. הוא שומר את מה שלמדנו. לכן אחרי שינה טובה זוכרים טוב יותר.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בשינה עמוקה הגוף גדל ומתקן את עצמו. השינה עוזרת להילחם במחלות. מי שישן מעט מתעייף ומתרכז פחות.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אצל בני נוער השעון הפנימי זז מאוחר. הם ערניים בלילה. קשה להם לקום בבוקר. זו ביולוגיה, לא עצלות.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כדאי לישון שמונה עד עשר שעות. כדאי לישון בשעות קבועות. כדאי לכבות מסכים שעה לפני השינה.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אוגרים – אוספים ושומרים לשימוש אחר כך · רקמות – חלקים בגוף שבנויים מתאים, כמו עור ושרירים · מתאוששים – חוזרים לכוחות אחרי מאמץ או מחלה · מערכת החיסון – החלק בגוף ששומר עלינו מפני מחלות · הורמון – חומר שהגוף מייצר ושולח הוראות לחלקים שונים בגוף · ערניים – מרגישים ערים ומרוכזים, לא עייפים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המוח עושה בלילה?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שוכח הכול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מסדר זיכרונות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מפסיק לעבוד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בזמן השינה המוח… 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לבני נוער קשה לקום בבוקר?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כי הם עצלנים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השעון הפנימי שלהם זז מאוחר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כי הם לא אוהבים ללמוד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הכותב אומר שהקושי לקום נובע מ… 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שכנעו / כתבו מכתב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לכתוב טקסט קצר משלכם לפי סוגה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הסבירו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להעתיק מילים מדויקות מהטקסט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לפרש ולהבהיר במילים שלי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שלוש המלצות מן המאמר לשינה טובה יותר.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מטרת הדימוי בפסקה 1, שבו הגוף בזמן השינה מושווה ל"מכשיר שמכניסים למגירה"?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האם לדעתכם קל לבני נוער לבצע את ההמלצות בפסקה 5? בחרו המלצה אחת, הביעו דעה ונמקו.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שעות כדאי לישון?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ארבע עד חמש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שמונה עד עשר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שתים עשרה עד חמש עשרה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כדאי לעשות לפני השינה?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לשחק במסך עד מאוחר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לכבות מסכים שעה לפני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לשתות משקה ממותק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עוזר למאמר לשכנע?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הסברים ודוגמאות מהחיים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צעקות וסימני קריאה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סיפור מצחיק על חיות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המאמר … כי הכותב משתמש ב… 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לילה טוב למוח: למה בני נוער צריכים לישון · כיתה ז׳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לילה טוב למוח: למה בני נוער צריכים לישון · כיתה ז׳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