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״מגרש חול שהפך לגינה ירוקה״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כתבה · כיתה ז׳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ב. נענע | משפט מלא: בגינה גדלים…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ב. למדו מהטעות ומצאו פתרון | משפט מלא: אפשר להסיק שהתלמידים… כי יונתן אומר…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1–ג · 2–א · 3–ד · 4–ב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ב (בדק כמה מים צריך כל צמח) · 2 – ג (מוקדם בבוקר)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הכיתה שלמדה מהאדמה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״מגרש חול שהפך לגינה ירוקה״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כתבה · כיתה ז׳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ערוגה – חלקת אדמה קטנה בגינה שבה שותלים צמחים · נבלו – התייבשו ונחלשו, איבדו את הירוק והחיים · לחות – מעט מים שנשארים באדמה או באוויר · יבול – כל מה שקוטפים או אוספים מהצמחים · תיעוד – כתיבה וצילום של מה שקורה, כדי לזכור ולשתף · השקיה בטפטוף – צינורות שמוציאים מים טיפה אחר טיפה ליד כל צמח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כתבה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מגרש חול שהפך לגינה ירוקה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תלמידי כיתה ז׳3 הפכו פינה עזובה בחצר לגינת ירקות ותבלינים – ולמדו בדרך הרבה יותר ממדעים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מאחורי אולם הספורט היה מקום עזוב, עם חול וקוצים. היום יש שם שש ערוגות. מגדלים בהן עגבניות, חסה, נענע ותבלינים. תלמידי ז׳3 עשו את השינוי.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הכול התחיל בשיעור מדעים. תלמיד שאל: למה רק קוראים על צמחים? המורה הציעה לבנות גינה. התלמידים התחלקו לצוותים.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היה קשה. פינו הרבה פסולת. חלק מהשתילים נבלו מהחום. התלמידים למדו להשקות בבוקר ולשמור על האדמה לחה.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בגינה לומדים מתמטיקה, לשון ומדעים. גם תלמידים שלא אוהבים לשבת בכיתה באים לגינה.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התלמידים קטפו ירקות והכינו סלט. הם מכרו נענע ביריד. בכסף יקנו מערכת השקיה. הם רוצים ערוגה חדשה של צמחי ריח.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ערוגה – חלקת אדמה קטנה בגינה שבה שותלים צמחים · נבלו – התייבשו ונחלשו, איבדו את הירוק והחיים · לחות – מעט מים שנשארים באדמה או באוויר · יבול – כל מה שקוטפים או אוספים מהצמחים · תיעוד – כתיבה וצילום של מה שקורה, כדי לזכור ולשתף · השקיה בטפטוף – צינורות שמוציאים מים טיפה אחר טיפה ליד כל צמח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איזה צמח גדל בגינה?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תפוח עץ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נענע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חמנייה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בגינה גדלים… 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עשו התלמידים כשהשתילים נבלו?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ויתרו על הגינה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למדו מהטעות ומצאו פתרון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קנו צמחים מפלסטיק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אפשר להסיק שהתלמידים… כי יונתן אומר… 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/ מי / מתי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למצוא איך שני דברים מתחברים (סיבה–תוצאה, ניגוד, דוגמה)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הקשר בין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מספר או כמות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הציעו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פרט שכתוב בטקסט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ליצור רעיון חדש שמתאים לטקסט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פסקה 2, איזה צוותים הקימו התלמידים? ציינו שני צוותים ומה היה תפקידו של כל אחד מהם.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עשו התלמידים כדי שהשתילים יפסיקו לנבול? ציינו שני פתרונות.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הכוונה במשפט של המחנכת: "ושם הם מגלים כמה הם אחראים"? הסבירו את המשפט בהקשר של הכתבה.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הציעו כותרת אחרת לכתבה, והסבירו מדוע לדעתכם היא מתאימה. האם היא טובה יותר מהכותרת המקורית? 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עשה צוות ההשקיה?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מדד את השטח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בדק כמה מים צריך כל צמח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כתב יומן גינה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מתי התחילו להשקות?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בצהריים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בלילה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מוקדם בבוקר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איזו כותרת מתאימה לכתבה?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הכיתה שלמדה מהאדמה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טיול 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משחק כדורגל בהפסקה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הכותרת שלי היא … כי… 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מגרש חול שהפך לגינה ירוקה · כיתה ז׳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מגרש חול שהפך לגינה ירוקה · כיתה ז׳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